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0ACD6" w14:textId="77777777" w:rsidR="000A0715" w:rsidRPr="000A0715" w:rsidRDefault="000A0715" w:rsidP="000A0715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0715">
        <w:rPr>
          <w:rFonts w:ascii="Times New Roman" w:hAnsi="Times New Roman" w:cs="Times New Roman"/>
          <w:b/>
          <w:bCs/>
          <w:sz w:val="24"/>
          <w:szCs w:val="24"/>
        </w:rPr>
        <w:t xml:space="preserve">SOCIAL SECURITY ADMINISTRATION </w:t>
      </w:r>
    </w:p>
    <w:p w14:paraId="764012E1" w14:textId="202E7C41" w:rsidR="00A46593" w:rsidRPr="000A0715" w:rsidRDefault="000A0715" w:rsidP="000A0715">
      <w:pPr>
        <w:pStyle w:val="Header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A0715">
        <w:rPr>
          <w:rFonts w:ascii="Times New Roman" w:hAnsi="Times New Roman" w:cs="Times New Roman"/>
          <w:b/>
          <w:bCs/>
          <w:sz w:val="24"/>
          <w:szCs w:val="24"/>
        </w:rPr>
        <w:t>CONTRACTOR PERFORMANCE EVALUATION SURVEY</w:t>
      </w:r>
    </w:p>
    <w:p w14:paraId="62F716C8" w14:textId="77777777" w:rsidR="000A0715" w:rsidRPr="000A0715" w:rsidRDefault="000A0715" w:rsidP="000A0715">
      <w:pPr>
        <w:pStyle w:val="Header"/>
        <w:jc w:val="center"/>
        <w:rPr>
          <w:b/>
          <w:bCs/>
        </w:rPr>
      </w:pPr>
    </w:p>
    <w:tbl>
      <w:tblPr>
        <w:tblStyle w:val="TableGrid"/>
        <w:tblW w:w="9108" w:type="dxa"/>
        <w:tblLook w:val="04A0" w:firstRow="1" w:lastRow="0" w:firstColumn="1" w:lastColumn="0" w:noHBand="0" w:noVBand="1"/>
      </w:tblPr>
      <w:tblGrid>
        <w:gridCol w:w="9108"/>
      </w:tblGrid>
      <w:tr w:rsidR="00762BFE" w14:paraId="44F87CCE" w14:textId="77777777" w:rsidTr="000A0715">
        <w:trPr>
          <w:trHeight w:val="1583"/>
        </w:trPr>
        <w:tc>
          <w:tcPr>
            <w:tcW w:w="9108" w:type="dxa"/>
          </w:tcPr>
          <w:p w14:paraId="7D8A7D5E" w14:textId="5EC83AD8" w:rsidR="00762BFE" w:rsidRPr="000A0715" w:rsidRDefault="000A0715" w:rsidP="00A46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715">
              <w:rPr>
                <w:rFonts w:ascii="Times New Roman" w:hAnsi="Times New Roman" w:cs="Times New Roman"/>
                <w:sz w:val="24"/>
                <w:szCs w:val="24"/>
              </w:rPr>
              <w:t xml:space="preserve">The purpose of this survey is to obtain information regarding the quality of the (below) named contractor’s (offeror’s) past performance relative to a contract (completed or in progress) at your company/agency. </w:t>
            </w:r>
            <w:r w:rsidRPr="000A071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The Social Security Administration (SSA) requests the Reference Agency submit the completed Past Performance Questionnaire to Juan.Requena@ssa.gov, no later than </w:t>
            </w:r>
            <w:r w:rsidR="00567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the due date and time of the solicitation</w:t>
            </w:r>
            <w:r w:rsidRPr="000A0715">
              <w:rPr>
                <w:rFonts w:ascii="Times New Roman" w:hAnsi="Times New Roman" w:cs="Times New Roman"/>
                <w:sz w:val="24"/>
                <w:szCs w:val="24"/>
              </w:rPr>
              <w:t>. SSA may validate the information included in the survey by contacting the reference provided.</w:t>
            </w:r>
          </w:p>
        </w:tc>
      </w:tr>
    </w:tbl>
    <w:p w14:paraId="5383FD2B" w14:textId="77777777" w:rsidR="00115B01" w:rsidRDefault="00115B01" w:rsidP="00A465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DA611E" w14:textId="24C415E7" w:rsidR="00566866" w:rsidRPr="005A1441" w:rsidRDefault="00000000" w:rsidP="00A46593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A144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Section 1 – To be Completed by </w:t>
      </w:r>
      <w:r w:rsidR="00CA6A10">
        <w:rPr>
          <w:rFonts w:ascii="Times New Roman" w:hAnsi="Times New Roman" w:cs="Times New Roman"/>
          <w:b/>
          <w:bCs/>
          <w:sz w:val="28"/>
          <w:szCs w:val="28"/>
          <w:u w:val="single"/>
        </w:rPr>
        <w:t>Offeror</w:t>
      </w:r>
    </w:p>
    <w:p w14:paraId="04CCB3F0" w14:textId="09874C64" w:rsidR="00566866" w:rsidRPr="00CB2597" w:rsidRDefault="00000000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sz w:val="24"/>
          <w:szCs w:val="24"/>
        </w:rPr>
        <w:t xml:space="preserve">The </w:t>
      </w:r>
      <w:r w:rsidR="00CA6A10">
        <w:rPr>
          <w:rFonts w:ascii="Times New Roman" w:hAnsi="Times New Roman" w:cs="Times New Roman"/>
          <w:sz w:val="24"/>
          <w:szCs w:val="24"/>
        </w:rPr>
        <w:t>offeror</w:t>
      </w:r>
      <w:r w:rsidRPr="00CB2597">
        <w:rPr>
          <w:rFonts w:ascii="Times New Roman" w:hAnsi="Times New Roman" w:cs="Times New Roman"/>
          <w:sz w:val="24"/>
          <w:szCs w:val="24"/>
        </w:rPr>
        <w:t xml:space="preserve"> shall complete this section prior to providing this questionnaire </w:t>
      </w:r>
      <w:proofErr w:type="gramStart"/>
      <w:r w:rsidRPr="00CB2597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CB25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B2597">
        <w:rPr>
          <w:rFonts w:ascii="Times New Roman" w:hAnsi="Times New Roman" w:cs="Times New Roman"/>
          <w:sz w:val="24"/>
          <w:szCs w:val="24"/>
        </w:rPr>
        <w:t>the reference</w:t>
      </w:r>
      <w:proofErr w:type="gramEnd"/>
      <w:r w:rsidRPr="00CB2597">
        <w:rPr>
          <w:rFonts w:ascii="Times New Roman" w:hAnsi="Times New Roman" w:cs="Times New Roman"/>
          <w:sz w:val="24"/>
          <w:szCs w:val="24"/>
        </w:rPr>
        <w:t>.</w:t>
      </w:r>
    </w:p>
    <w:p w14:paraId="3C1FB15D" w14:textId="51E9AEC5" w:rsidR="00566866" w:rsidRPr="00CB2597" w:rsidRDefault="00000000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sz w:val="24"/>
          <w:szCs w:val="24"/>
        </w:rPr>
        <w:t xml:space="preserve">The </w:t>
      </w:r>
      <w:r w:rsidR="00CA6A10">
        <w:rPr>
          <w:rFonts w:ascii="Times New Roman" w:hAnsi="Times New Roman" w:cs="Times New Roman"/>
          <w:sz w:val="24"/>
          <w:szCs w:val="24"/>
        </w:rPr>
        <w:t>offeror</w:t>
      </w:r>
      <w:r w:rsidRPr="00CB2597">
        <w:rPr>
          <w:rFonts w:ascii="Times New Roman" w:hAnsi="Times New Roman" w:cs="Times New Roman"/>
          <w:sz w:val="24"/>
          <w:szCs w:val="24"/>
        </w:rPr>
        <w:t xml:space="preserve"> is responsible for ensuring the reference completes and submits this questionnaire to the Government by the required due date.</w:t>
      </w:r>
    </w:p>
    <w:p w14:paraId="26E418F3" w14:textId="7CE3EF20" w:rsidR="00566866" w:rsidRPr="00CB2597" w:rsidRDefault="00000000" w:rsidP="00603DD1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b/>
          <w:bCs/>
          <w:sz w:val="24"/>
          <w:szCs w:val="24"/>
        </w:rPr>
        <w:t>Contractor Name</w:t>
      </w:r>
      <w:r w:rsidR="00603DD1" w:rsidRPr="00CB2597">
        <w:rPr>
          <w:rFonts w:ascii="Times New Roman" w:hAnsi="Times New Roman" w:cs="Times New Roman"/>
          <w:sz w:val="24"/>
          <w:szCs w:val="24"/>
        </w:rPr>
        <w:t>:</w:t>
      </w:r>
      <w:r w:rsidRPr="00CB25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9DE5CA" w14:textId="0E4ECA1D" w:rsidR="00566866" w:rsidRPr="00CB2597" w:rsidRDefault="00000000" w:rsidP="00603DD1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b/>
          <w:bCs/>
          <w:sz w:val="24"/>
          <w:szCs w:val="24"/>
        </w:rPr>
        <w:t>Contract Number</w:t>
      </w:r>
      <w:r w:rsidRPr="00CB259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F85431D" w14:textId="797D6FAA" w:rsidR="00566866" w:rsidRPr="00CB2597" w:rsidRDefault="00000000" w:rsidP="00603DD1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b/>
          <w:bCs/>
          <w:sz w:val="24"/>
          <w:szCs w:val="24"/>
        </w:rPr>
        <w:t>Customer Organization</w:t>
      </w:r>
      <w:r w:rsidRPr="00CB2597">
        <w:rPr>
          <w:rFonts w:ascii="Times New Roman" w:hAnsi="Times New Roman" w:cs="Times New Roman"/>
          <w:sz w:val="24"/>
          <w:szCs w:val="24"/>
        </w:rPr>
        <w:t>:</w:t>
      </w:r>
      <w:r w:rsidR="00603DD1" w:rsidRPr="00CB25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6C6303" w14:textId="6AA23CCA" w:rsidR="00566866" w:rsidRPr="00CB2597" w:rsidRDefault="00000000" w:rsidP="00603DD1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b/>
          <w:bCs/>
          <w:sz w:val="24"/>
          <w:szCs w:val="24"/>
        </w:rPr>
        <w:t>Period of Performance</w:t>
      </w:r>
      <w:r w:rsidRPr="00CB259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71F3BC4" w14:textId="249C3B40" w:rsidR="00566866" w:rsidRPr="00CB2597" w:rsidRDefault="00000000" w:rsidP="00603DD1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b/>
          <w:bCs/>
          <w:sz w:val="24"/>
          <w:szCs w:val="24"/>
        </w:rPr>
        <w:t>Dollar Value</w:t>
      </w:r>
      <w:r w:rsidRPr="00CB259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444813B" w14:textId="58CBC615" w:rsidR="00566866" w:rsidRPr="00CB2597" w:rsidRDefault="00C30D9A" w:rsidP="00603D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Description</w:t>
      </w:r>
      <w:r w:rsidRPr="00CB2597">
        <w:rPr>
          <w:rFonts w:ascii="Times New Roman" w:hAnsi="Times New Roman" w:cs="Times New Roman"/>
          <w:b/>
          <w:bCs/>
          <w:sz w:val="24"/>
          <w:szCs w:val="24"/>
        </w:rPr>
        <w:t xml:space="preserve"> of Services Provided</w:t>
      </w:r>
      <w:r w:rsidRPr="00CB2597">
        <w:rPr>
          <w:rFonts w:ascii="Times New Roman" w:hAnsi="Times New Roman" w:cs="Times New Roman"/>
          <w:sz w:val="24"/>
          <w:szCs w:val="24"/>
        </w:rPr>
        <w:t>:</w:t>
      </w:r>
    </w:p>
    <w:p w14:paraId="731E82A8" w14:textId="51E6FBFC" w:rsidR="00566866" w:rsidRPr="00CB2597" w:rsidRDefault="00566866">
      <w:pPr>
        <w:rPr>
          <w:rFonts w:ascii="Times New Roman" w:hAnsi="Times New Roman" w:cs="Times New Roman"/>
          <w:sz w:val="24"/>
          <w:szCs w:val="24"/>
        </w:rPr>
      </w:pPr>
    </w:p>
    <w:p w14:paraId="5AB1CE19" w14:textId="6E2B2A30" w:rsidR="00CB2597" w:rsidRDefault="00000000" w:rsidP="00CB259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2597">
        <w:rPr>
          <w:rFonts w:ascii="Times New Roman" w:hAnsi="Times New Roman" w:cs="Times New Roman"/>
          <w:b/>
          <w:sz w:val="24"/>
          <w:szCs w:val="24"/>
        </w:rPr>
        <w:t xml:space="preserve">END OF </w:t>
      </w:r>
      <w:r w:rsidR="00CA6A10">
        <w:rPr>
          <w:rFonts w:ascii="Times New Roman" w:hAnsi="Times New Roman" w:cs="Times New Roman"/>
          <w:b/>
          <w:sz w:val="24"/>
          <w:szCs w:val="24"/>
        </w:rPr>
        <w:t>OFFEROR</w:t>
      </w:r>
      <w:r w:rsidRPr="00CB2597">
        <w:rPr>
          <w:rFonts w:ascii="Times New Roman" w:hAnsi="Times New Roman" w:cs="Times New Roman"/>
          <w:b/>
          <w:sz w:val="24"/>
          <w:szCs w:val="24"/>
        </w:rPr>
        <w:t xml:space="preserve"> SECTION – PROVIDE THIS COMPLETED FORM TO THE REFERENCE FOR COMPLETION OF SECTION 2.</w:t>
      </w:r>
    </w:p>
    <w:p w14:paraId="79D9A032" w14:textId="77777777" w:rsidR="000A0715" w:rsidRPr="00CB2597" w:rsidRDefault="000A0715" w:rsidP="00CB2597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73D2DC" w14:textId="4979A4BD" w:rsidR="00566866" w:rsidRPr="005A1441" w:rsidRDefault="00000000" w:rsidP="00CB2597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A1441">
        <w:rPr>
          <w:rFonts w:ascii="Times New Roman" w:hAnsi="Times New Roman" w:cs="Times New Roman"/>
          <w:b/>
          <w:bCs/>
          <w:sz w:val="28"/>
          <w:szCs w:val="28"/>
          <w:u w:val="single"/>
        </w:rPr>
        <w:t>Section 2 – To be Completed by Reference</w:t>
      </w:r>
    </w:p>
    <w:p w14:paraId="016D037D" w14:textId="49A4B3D5" w:rsidR="00566866" w:rsidRPr="00CB2597" w:rsidRDefault="00000000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sz w:val="24"/>
          <w:szCs w:val="24"/>
        </w:rPr>
        <w:t xml:space="preserve">Please complete this questionnaire based on your direct experience </w:t>
      </w:r>
      <w:r w:rsidR="00A46593" w:rsidRPr="00CB2597">
        <w:rPr>
          <w:rFonts w:ascii="Times New Roman" w:hAnsi="Times New Roman" w:cs="Times New Roman"/>
          <w:sz w:val="24"/>
          <w:szCs w:val="24"/>
        </w:rPr>
        <w:t>of</w:t>
      </w:r>
      <w:r w:rsidRPr="00CB2597">
        <w:rPr>
          <w:rFonts w:ascii="Times New Roman" w:hAnsi="Times New Roman" w:cs="Times New Roman"/>
          <w:sz w:val="24"/>
          <w:szCs w:val="24"/>
        </w:rPr>
        <w:t xml:space="preserve"> the contractor’s performance.</w:t>
      </w:r>
    </w:p>
    <w:p w14:paraId="4E2B836A" w14:textId="77777777" w:rsidR="00566866" w:rsidRPr="00CB2597" w:rsidRDefault="00000000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sz w:val="24"/>
          <w:szCs w:val="24"/>
        </w:rPr>
        <w:t>Return the completed questionnaire to:</w:t>
      </w:r>
    </w:p>
    <w:p w14:paraId="7A30E391" w14:textId="6EB05865" w:rsidR="00115B01" w:rsidRDefault="00115B01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9557F7">
          <w:rPr>
            <w:rStyle w:val="Hyperlink"/>
            <w:rFonts w:ascii="Times New Roman" w:hAnsi="Times New Roman" w:cs="Times New Roman"/>
            <w:sz w:val="24"/>
            <w:szCs w:val="24"/>
          </w:rPr>
          <w:t>Juan.Requena@ssa.gov</w:t>
        </w:r>
      </w:hyperlink>
    </w:p>
    <w:p w14:paraId="7422A82C" w14:textId="77777777" w:rsidR="00566866" w:rsidRPr="00CB2597" w:rsidRDefault="00000000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sz w:val="24"/>
          <w:szCs w:val="24"/>
        </w:rPr>
        <w:lastRenderedPageBreak/>
        <w:t>No later than:</w:t>
      </w:r>
    </w:p>
    <w:p w14:paraId="709AA6A1" w14:textId="7028DC5E" w:rsidR="00566866" w:rsidRPr="00CB2597" w:rsidRDefault="005670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date and time of </w:t>
      </w:r>
      <w:proofErr w:type="gramStart"/>
      <w:r>
        <w:rPr>
          <w:rFonts w:ascii="Times New Roman" w:hAnsi="Times New Roman" w:cs="Times New Roman"/>
          <w:sz w:val="24"/>
          <w:szCs w:val="24"/>
        </w:rPr>
        <w:t>the solicitation</w:t>
      </w:r>
      <w:proofErr w:type="gramEnd"/>
      <w:r w:rsidR="009F061A">
        <w:rPr>
          <w:rFonts w:ascii="Times New Roman" w:hAnsi="Times New Roman" w:cs="Times New Roman"/>
          <w:sz w:val="24"/>
          <w:szCs w:val="24"/>
        </w:rPr>
        <w:t>.</w:t>
      </w:r>
    </w:p>
    <w:p w14:paraId="77F7580F" w14:textId="77777777" w:rsidR="00566866" w:rsidRPr="00CB2597" w:rsidRDefault="00000000">
      <w:pPr>
        <w:rPr>
          <w:rFonts w:ascii="Times New Roman" w:hAnsi="Times New Roman" w:cs="Times New Roman"/>
          <w:sz w:val="24"/>
          <w:szCs w:val="24"/>
        </w:rPr>
      </w:pPr>
      <w:r w:rsidRPr="00CB2597">
        <w:rPr>
          <w:rFonts w:ascii="Times New Roman" w:hAnsi="Times New Roman" w:cs="Times New Roman"/>
          <w:sz w:val="24"/>
          <w:szCs w:val="24"/>
        </w:rPr>
        <w:t>If you have any questions, please contact:</w:t>
      </w:r>
    </w:p>
    <w:p w14:paraId="66FA351A" w14:textId="62E11342" w:rsidR="00566866" w:rsidRPr="00CB2597" w:rsidRDefault="00115B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Juan Requena at Juan.Requena@ssa.gov</w:t>
      </w:r>
    </w:p>
    <w:p w14:paraId="27D417D0" w14:textId="20C82DA7" w:rsidR="00566866" w:rsidRPr="00CB2597" w:rsidRDefault="00CB25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CB2597">
        <w:rPr>
          <w:rFonts w:ascii="Times New Roman" w:hAnsi="Times New Roman" w:cs="Times New Roman"/>
          <w:i/>
          <w:iCs/>
          <w:sz w:val="24"/>
          <w:szCs w:val="24"/>
        </w:rPr>
        <w:t>References are encouraged to provide brief, specific examples in the comment sections that support the ratings provided, particularly for ratings of “Exceptional,” “Marginal,” or “Unsatisfactory.”</w:t>
      </w:r>
    </w:p>
    <w:p w14:paraId="0EA25996" w14:textId="77777777" w:rsidR="00566866" w:rsidRPr="00A46593" w:rsidRDefault="00000000" w:rsidP="00A4659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6593">
        <w:rPr>
          <w:rFonts w:ascii="Times New Roman" w:hAnsi="Times New Roman" w:cs="Times New Roman"/>
          <w:b/>
          <w:bCs/>
          <w:sz w:val="28"/>
          <w:szCs w:val="28"/>
        </w:rPr>
        <w:t>Adjectival Rating Definitions (CPARS-Based)</w:t>
      </w:r>
    </w:p>
    <w:p w14:paraId="05538CDD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  <w:b/>
          <w:bCs/>
        </w:rPr>
        <w:t>Exceptional</w:t>
      </w:r>
      <w:r w:rsidRPr="00A46593">
        <w:rPr>
          <w:rFonts w:ascii="Times New Roman" w:hAnsi="Times New Roman" w:cs="Times New Roman"/>
        </w:rPr>
        <w:t>: Performance meets contractual requirements and exceeds many to the Government’s benefit. Performance was accomplished with few minor problems, and corrective actions taken were highly effective.</w:t>
      </w:r>
    </w:p>
    <w:p w14:paraId="714FA4B1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  <w:b/>
          <w:bCs/>
        </w:rPr>
        <w:t>Very Good</w:t>
      </w:r>
      <w:r w:rsidRPr="00A46593">
        <w:rPr>
          <w:rFonts w:ascii="Times New Roman" w:hAnsi="Times New Roman" w:cs="Times New Roman"/>
        </w:rPr>
        <w:t>: Performance meets contractual requirements and exceeds some to the Government’s benefit. Performance was accomplished with some minor problems, and corrective actions taken were effective.</w:t>
      </w:r>
    </w:p>
    <w:p w14:paraId="176E132A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  <w:b/>
          <w:bCs/>
        </w:rPr>
        <w:t>Satisfactory</w:t>
      </w:r>
      <w:r w:rsidRPr="00A46593">
        <w:rPr>
          <w:rFonts w:ascii="Times New Roman" w:hAnsi="Times New Roman" w:cs="Times New Roman"/>
        </w:rPr>
        <w:t>: Performance meets contractual requirements. Performance contains some minor problems, for which corrective actions taken appear or were satisfactory.</w:t>
      </w:r>
    </w:p>
    <w:p w14:paraId="74E1E548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  <w:b/>
          <w:bCs/>
        </w:rPr>
        <w:t>Marginal</w:t>
      </w:r>
      <w:r w:rsidRPr="00A46593">
        <w:rPr>
          <w:rFonts w:ascii="Times New Roman" w:hAnsi="Times New Roman" w:cs="Times New Roman"/>
        </w:rPr>
        <w:t>: Performance does not meet some contractual requirements. Performance reflects a serious problem for which the contractor has not yet identified corrective actions, or corrective actions appear only marginally effective.</w:t>
      </w:r>
    </w:p>
    <w:p w14:paraId="1925EFBF" w14:textId="05229ABD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  <w:b/>
          <w:bCs/>
        </w:rPr>
        <w:t>Unsatisfactory</w:t>
      </w:r>
      <w:r w:rsidRPr="00A46593">
        <w:rPr>
          <w:rFonts w:ascii="Times New Roman" w:hAnsi="Times New Roman" w:cs="Times New Roman"/>
        </w:rPr>
        <w:t xml:space="preserve">: Performance does not meet most contractual </w:t>
      </w:r>
      <w:r w:rsidR="00A46593" w:rsidRPr="00A46593">
        <w:rPr>
          <w:rFonts w:ascii="Times New Roman" w:hAnsi="Times New Roman" w:cs="Times New Roman"/>
        </w:rPr>
        <w:t>requirements,</w:t>
      </w:r>
      <w:r w:rsidRPr="00A46593">
        <w:rPr>
          <w:rFonts w:ascii="Times New Roman" w:hAnsi="Times New Roman" w:cs="Times New Roman"/>
        </w:rPr>
        <w:t xml:space="preserve"> and recovery is not likely in a timely manner. Performance contains serious problems, and corrective actions are ineffective or non-existent.</w:t>
      </w:r>
    </w:p>
    <w:p w14:paraId="74AEAC9A" w14:textId="6C208DF9" w:rsidR="00CB2597" w:rsidRPr="00C30D9A" w:rsidRDefault="00000000" w:rsidP="00CB2597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1. Quality of Service</w:t>
      </w:r>
    </w:p>
    <w:p w14:paraId="303BB70F" w14:textId="16E545AD" w:rsidR="00566866" w:rsidRPr="00F96B8D" w:rsidRDefault="00000000">
      <w:pPr>
        <w:rPr>
          <w:rFonts w:ascii="Times New Roman" w:hAnsi="Times New Roman" w:cs="Times New Roman"/>
        </w:rPr>
      </w:pPr>
      <w:r w:rsidRPr="00F96B8D">
        <w:rPr>
          <w:rFonts w:ascii="Times New Roman" w:hAnsi="Times New Roman" w:cs="Times New Roman"/>
        </w:rPr>
        <w:t>Quality of services provided, including conformance to requirements, technical standards, and use of qualified personnel.</w:t>
      </w:r>
    </w:p>
    <w:p w14:paraId="7DEA74F7" w14:textId="7EC8AF34" w:rsidR="00566866" w:rsidRPr="00F96B8D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034623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3DD1" w:rsidRPr="00F96B8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603DD1" w:rsidRPr="00F96B8D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2082172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3DD1" w:rsidRPr="00F96B8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603DD1" w:rsidRPr="00F96B8D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2994978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3DD1" w:rsidRPr="00F96B8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603DD1" w:rsidRPr="00F96B8D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-950015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3DD1" w:rsidRPr="00F96B8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603DD1" w:rsidRPr="00F96B8D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1691951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3DD1" w:rsidRPr="00F96B8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603DD1" w:rsidRPr="00F96B8D">
        <w:rPr>
          <w:rFonts w:ascii="Times New Roman" w:hAnsi="Times New Roman" w:cs="Times New Roman"/>
        </w:rPr>
        <w:t xml:space="preserve"> Unsatisfactory   </w:t>
      </w:r>
      <w:sdt>
        <w:sdtPr>
          <w:rPr>
            <w:rFonts w:ascii="Times New Roman" w:hAnsi="Times New Roman" w:cs="Times New Roman"/>
          </w:rPr>
          <w:id w:val="-1910918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03DD1" w:rsidRPr="00F96B8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603DD1" w:rsidRPr="00F96B8D">
        <w:rPr>
          <w:rFonts w:ascii="Times New Roman" w:hAnsi="Times New Roman" w:cs="Times New Roman"/>
        </w:rPr>
        <w:t xml:space="preserve"> N/A</w:t>
      </w:r>
    </w:p>
    <w:p w14:paraId="26A1C453" w14:textId="5867BCF3" w:rsidR="00CB2597" w:rsidRPr="00F96B8D" w:rsidRDefault="00000000">
      <w:pPr>
        <w:rPr>
          <w:rFonts w:ascii="Times New Roman" w:hAnsi="Times New Roman" w:cs="Times New Roman"/>
        </w:rPr>
      </w:pPr>
      <w:r w:rsidRPr="00F96B8D">
        <w:rPr>
          <w:rFonts w:ascii="Times New Roman" w:hAnsi="Times New Roman" w:cs="Times New Roman"/>
        </w:rPr>
        <w:t>Comments:</w:t>
      </w:r>
    </w:p>
    <w:p w14:paraId="5834E740" w14:textId="6EFA72B6" w:rsidR="00F96B8D" w:rsidRPr="00F96B8D" w:rsidRDefault="00F96B8D">
      <w:pPr>
        <w:rPr>
          <w:rFonts w:ascii="Times New Roman" w:hAnsi="Times New Roman" w:cs="Times New Roman"/>
        </w:rPr>
      </w:pPr>
      <w:r w:rsidRPr="00F96B8D"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t>______</w:t>
      </w:r>
    </w:p>
    <w:p w14:paraId="5DFEFC4A" w14:textId="356411C1" w:rsidR="00566866" w:rsidRPr="00C30D9A" w:rsidRDefault="00000000" w:rsidP="00F96B8D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2. Ability to Meet Requirements and Schedule</w:t>
      </w:r>
    </w:p>
    <w:p w14:paraId="1A217CE0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Ability to meet contract requirements, service levels, and timeliness of deliverables.</w:t>
      </w:r>
    </w:p>
    <w:p w14:paraId="11C056A0" w14:textId="50491D33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53345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-13592679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-20392644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16974242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9849734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Unsatisfactory   </w:t>
      </w:r>
      <w:sdt>
        <w:sdtPr>
          <w:rPr>
            <w:rFonts w:ascii="Times New Roman" w:hAnsi="Times New Roman" w:cs="Times New Roman"/>
          </w:rPr>
          <w:id w:val="-2037104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N/A</w:t>
      </w:r>
    </w:p>
    <w:p w14:paraId="1AC7E2E9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Comments:</w:t>
      </w:r>
    </w:p>
    <w:p w14:paraId="35AAF099" w14:textId="77777777" w:rsidR="00C30D9A" w:rsidRDefault="00C30D9A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47BB3F79" w14:textId="254A7D05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3. Management and Staffing</w:t>
      </w:r>
    </w:p>
    <w:p w14:paraId="757ECE16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Effectiveness of management, staffing, and customer service orientation.</w:t>
      </w:r>
    </w:p>
    <w:p w14:paraId="1CB51216" w14:textId="48BCFA8D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2002158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20705310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-2102629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1754702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-21156656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Unsatisfactory   </w:t>
      </w:r>
      <w:sdt>
        <w:sdtPr>
          <w:rPr>
            <w:rFonts w:ascii="Times New Roman" w:hAnsi="Times New Roman" w:cs="Times New Roman"/>
          </w:rPr>
          <w:id w:val="-1493942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N/A</w:t>
      </w:r>
    </w:p>
    <w:p w14:paraId="6983A5A4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Comments:</w:t>
      </w:r>
    </w:p>
    <w:p w14:paraId="6A9851ED" w14:textId="77777777" w:rsidR="00C30D9A" w:rsidRDefault="00C30D9A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rPr>
          <w:rFonts w:ascii="Times New Roman" w:hAnsi="Times New Roman" w:cs="Times New Roman"/>
        </w:rPr>
        <w:t>______________________________________________________________________________</w:t>
      </w:r>
    </w:p>
    <w:p w14:paraId="2A8C9AFC" w14:textId="72380803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4. Problem Resolution</w:t>
      </w:r>
    </w:p>
    <w:p w14:paraId="6F227742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Effectiveness in identifying, addressing, and resolving problems during performance.</w:t>
      </w:r>
    </w:p>
    <w:p w14:paraId="18460448" w14:textId="37AF22CD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274371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907267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-16915989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-309479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2332852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Unsatisfactory   </w:t>
      </w:r>
      <w:sdt>
        <w:sdtPr>
          <w:rPr>
            <w:rFonts w:ascii="Times New Roman" w:hAnsi="Times New Roman" w:cs="Times New Roman"/>
          </w:rPr>
          <w:id w:val="-1419018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N/A</w:t>
      </w:r>
    </w:p>
    <w:p w14:paraId="511F07CF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Comments:</w:t>
      </w:r>
    </w:p>
    <w:p w14:paraId="3E73A52B" w14:textId="13E214C6" w:rsidR="00C30D9A" w:rsidRPr="00C30D9A" w:rsidRDefault="00F96B8D" w:rsidP="00C30D9A">
      <w:r w:rsidRPr="00C30D9A">
        <w:t>______________________________________________________________________________</w:t>
      </w:r>
      <w:r w:rsidR="00C30D9A">
        <w:t>___________________________</w:t>
      </w:r>
    </w:p>
    <w:p w14:paraId="52CD4EB4" w14:textId="708BCE3B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5. Regulatory and Contract Compliance</w:t>
      </w:r>
    </w:p>
    <w:p w14:paraId="29513FC9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Compliance with contract terms, conditions, and regulatory requirements.</w:t>
      </w:r>
    </w:p>
    <w:p w14:paraId="2D08C72E" w14:textId="6CCA6191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408846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-2038652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-3701535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13688053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-2039497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Unsatisfactory   </w:t>
      </w:r>
      <w:sdt>
        <w:sdtPr>
          <w:rPr>
            <w:rFonts w:ascii="Times New Roman" w:hAnsi="Times New Roman" w:cs="Times New Roman"/>
          </w:rPr>
          <w:id w:val="-19886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N/A</w:t>
      </w:r>
    </w:p>
    <w:p w14:paraId="44CDFC4A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Comments:</w:t>
      </w:r>
    </w:p>
    <w:p w14:paraId="54673AF3" w14:textId="2FDE6892" w:rsidR="00C30D9A" w:rsidRDefault="00F96B8D" w:rsidP="00C30D9A">
      <w:pPr>
        <w:rPr>
          <w:rFonts w:ascii="Times New Roman" w:hAnsi="Times New Roman" w:cs="Times New Roman"/>
          <w:b/>
          <w:bCs/>
        </w:rPr>
      </w:pPr>
      <w:r w:rsidRPr="00C30D9A">
        <w:t>______________________________________________________________________________</w:t>
      </w:r>
      <w:r w:rsidR="00C30D9A">
        <w:t>___________________________</w:t>
      </w:r>
    </w:p>
    <w:p w14:paraId="1B2AEEF0" w14:textId="759446A6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6. Demand, Continuity, and Operational Stability</w:t>
      </w:r>
    </w:p>
    <w:p w14:paraId="591D1F77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Ability to handle workload fluctuations and maintain continuity during outages or disruptions.</w:t>
      </w:r>
    </w:p>
    <w:p w14:paraId="4D4CED80" w14:textId="14860E74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6544397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-11578440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2049717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-8277519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-1604726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Unsatisfactory   </w:t>
      </w:r>
      <w:sdt>
        <w:sdtPr>
          <w:rPr>
            <w:rFonts w:ascii="Times New Roman" w:hAnsi="Times New Roman" w:cs="Times New Roman"/>
          </w:rPr>
          <w:id w:val="-12491067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N/A</w:t>
      </w:r>
    </w:p>
    <w:p w14:paraId="1B40161A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Comments:</w:t>
      </w:r>
    </w:p>
    <w:p w14:paraId="0F20F53A" w14:textId="2F02FBB8" w:rsidR="00C30D9A" w:rsidRPr="00C30D9A" w:rsidRDefault="00F96B8D" w:rsidP="00C30D9A">
      <w:r w:rsidRPr="00C30D9A">
        <w:t>______________________________________________________________________________</w:t>
      </w:r>
      <w:r w:rsidR="00C30D9A">
        <w:t>___________________________</w:t>
      </w:r>
    </w:p>
    <w:p w14:paraId="0972E996" w14:textId="174D64CE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7. Overall Performance</w:t>
      </w:r>
    </w:p>
    <w:p w14:paraId="1877DBE3" w14:textId="001B921E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786878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Exceptional   </w:t>
      </w:r>
      <w:sdt>
        <w:sdtPr>
          <w:rPr>
            <w:rFonts w:ascii="Times New Roman" w:hAnsi="Times New Roman" w:cs="Times New Roman"/>
          </w:rPr>
          <w:id w:val="3363511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Very Good   </w:t>
      </w:r>
      <w:sdt>
        <w:sdtPr>
          <w:rPr>
            <w:rFonts w:ascii="Times New Roman" w:hAnsi="Times New Roman" w:cs="Times New Roman"/>
          </w:rPr>
          <w:id w:val="20224261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Satisfactory   </w:t>
      </w:r>
      <w:sdt>
        <w:sdtPr>
          <w:rPr>
            <w:rFonts w:ascii="Times New Roman" w:hAnsi="Times New Roman" w:cs="Times New Roman"/>
          </w:rPr>
          <w:id w:val="-7684629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Marginal   </w:t>
      </w:r>
      <w:sdt>
        <w:sdtPr>
          <w:rPr>
            <w:rFonts w:ascii="Times New Roman" w:hAnsi="Times New Roman" w:cs="Times New Roman"/>
          </w:rPr>
          <w:id w:val="-1367205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Unsatisfactory</w:t>
      </w:r>
    </w:p>
    <w:p w14:paraId="493B5660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lastRenderedPageBreak/>
        <w:t>Comments:</w:t>
      </w:r>
    </w:p>
    <w:p w14:paraId="1F1EC1EE" w14:textId="7FFAF286" w:rsidR="00C30D9A" w:rsidRPr="00C30D9A" w:rsidRDefault="00F96B8D" w:rsidP="00C30D9A">
      <w:r w:rsidRPr="00C30D9A">
        <w:t>______________________________________________________________________________</w:t>
      </w:r>
      <w:r w:rsidR="00C30D9A">
        <w:t>___________________________</w:t>
      </w:r>
    </w:p>
    <w:p w14:paraId="78376292" w14:textId="7E6C62FF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8. Would You Re-Award?</w:t>
      </w:r>
    </w:p>
    <w:p w14:paraId="7FCD7013" w14:textId="17A64D4B" w:rsidR="00566866" w:rsidRPr="00A46593" w:rsidRDefault="00000000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586380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Yes   </w:t>
      </w:r>
      <w:sdt>
        <w:sdtPr>
          <w:rPr>
            <w:rFonts w:ascii="Times New Roman" w:hAnsi="Times New Roman" w:cs="Times New Roman"/>
          </w:rPr>
          <w:id w:val="-6513689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No   </w:t>
      </w:r>
      <w:sdt>
        <w:sdtPr>
          <w:rPr>
            <w:rFonts w:ascii="Times New Roman" w:hAnsi="Times New Roman" w:cs="Times New Roman"/>
          </w:rPr>
          <w:id w:val="-2095080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72C3">
            <w:rPr>
              <w:rFonts w:ascii="MS Gothic" w:eastAsia="MS Gothic" w:hAnsi="MS Gothic" w:cs="Times New Roman" w:hint="eastAsia"/>
            </w:rPr>
            <w:t>☐</w:t>
          </w:r>
        </w:sdtContent>
      </w:sdt>
      <w:r w:rsidR="002C72C3" w:rsidRPr="00A46593">
        <w:rPr>
          <w:rFonts w:ascii="Times New Roman" w:hAnsi="Times New Roman" w:cs="Times New Roman"/>
        </w:rPr>
        <w:t xml:space="preserve"> With Reservations</w:t>
      </w:r>
    </w:p>
    <w:p w14:paraId="07517E9E" w14:textId="77777777" w:rsidR="00566866" w:rsidRPr="00A46593" w:rsidRDefault="00000000">
      <w:pPr>
        <w:rPr>
          <w:rFonts w:ascii="Times New Roman" w:hAnsi="Times New Roman" w:cs="Times New Roman"/>
        </w:rPr>
      </w:pPr>
      <w:r w:rsidRPr="00A46593">
        <w:rPr>
          <w:rFonts w:ascii="Times New Roman" w:hAnsi="Times New Roman" w:cs="Times New Roman"/>
        </w:rPr>
        <w:t>Comments:</w:t>
      </w:r>
    </w:p>
    <w:p w14:paraId="4FE1F071" w14:textId="41C6531D" w:rsidR="00C30D9A" w:rsidRPr="00C30D9A" w:rsidRDefault="00F96B8D" w:rsidP="00C30D9A">
      <w:r w:rsidRPr="00C30D9A">
        <w:t>______________________________________________________________________________</w:t>
      </w:r>
      <w:r w:rsidR="00C30D9A">
        <w:t>___________________________</w:t>
      </w:r>
    </w:p>
    <w:p w14:paraId="4AB81940" w14:textId="7A029383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9. Additional Comments</w:t>
      </w:r>
    </w:p>
    <w:p w14:paraId="595C67A3" w14:textId="00168C69" w:rsidR="00C30D9A" w:rsidRPr="00C30D9A" w:rsidRDefault="00C30D9A" w:rsidP="00C30D9A">
      <w:pPr>
        <w:rPr>
          <w:rFonts w:ascii="Times New Roman" w:hAnsi="Times New Roman" w:cs="Times New Roman"/>
        </w:rPr>
      </w:pPr>
      <w:r w:rsidRPr="00C30D9A">
        <w:rPr>
          <w:rFonts w:ascii="Times New Roman" w:hAnsi="Times New Roman" w:cs="Times New Roman"/>
        </w:rPr>
        <w:t>Comments:</w:t>
      </w:r>
    </w:p>
    <w:p w14:paraId="75E1A489" w14:textId="54624776" w:rsidR="00C30D9A" w:rsidRPr="00C30D9A" w:rsidRDefault="00F96B8D" w:rsidP="00C30D9A">
      <w:r w:rsidRPr="00C30D9A">
        <w:t>______________________________________________________________________________</w:t>
      </w:r>
      <w:r w:rsidR="00C30D9A">
        <w:t>___________________________</w:t>
      </w:r>
    </w:p>
    <w:p w14:paraId="0445A34A" w14:textId="29D1EF9A" w:rsidR="00566866" w:rsidRPr="00C30D9A" w:rsidRDefault="00000000" w:rsidP="00C30D9A">
      <w:pPr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</w:pPr>
      <w:r w:rsidRPr="00C30D9A">
        <w:rPr>
          <w:rFonts w:ascii="Times New Roman" w:hAnsi="Times New Roman" w:cs="Times New Roman"/>
          <w:b/>
          <w:bCs/>
          <w:color w:val="548DD4" w:themeColor="text2" w:themeTint="99"/>
          <w:sz w:val="26"/>
          <w:szCs w:val="26"/>
        </w:rPr>
        <w:t>10. Reference Information</w:t>
      </w:r>
    </w:p>
    <w:p w14:paraId="7E95F777" w14:textId="3E713448" w:rsidR="00566866" w:rsidRPr="00C30D9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Name</w:t>
      </w:r>
      <w:r w:rsidRPr="00C30D9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A43892A" w14:textId="17EF70D8" w:rsidR="00566866" w:rsidRPr="00C30D9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Title</w:t>
      </w:r>
      <w:r w:rsidRPr="00C30D9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BF1F0B0" w14:textId="57C8DB45" w:rsidR="00566866" w:rsidRPr="00C30D9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Organization</w:t>
      </w:r>
      <w:r w:rsidRPr="00C30D9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BAB8760" w14:textId="4F90C6E0" w:rsidR="00566866" w:rsidRPr="00C30D9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Phone</w:t>
      </w:r>
      <w:r w:rsidRPr="00C30D9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E753608" w14:textId="002A4CEE" w:rsidR="00566866" w:rsidRPr="00C30D9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Email</w:t>
      </w:r>
      <w:r w:rsidRPr="00C30D9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1A6A7AD" w14:textId="71D5F9DC" w:rsidR="00566866" w:rsidRPr="00C30D9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Signature</w:t>
      </w:r>
      <w:r w:rsidRPr="00C30D9A">
        <w:rPr>
          <w:rFonts w:ascii="Times New Roman" w:hAnsi="Times New Roman" w:cs="Times New Roman"/>
          <w:sz w:val="24"/>
          <w:szCs w:val="24"/>
        </w:rPr>
        <w:t xml:space="preserve"> (optional): </w:t>
      </w:r>
    </w:p>
    <w:p w14:paraId="5D4E5C2B" w14:textId="6FD467A2" w:rsidR="007F385A" w:rsidRDefault="00000000">
      <w:pPr>
        <w:rPr>
          <w:rFonts w:ascii="Times New Roman" w:hAnsi="Times New Roman" w:cs="Times New Roman"/>
          <w:sz w:val="24"/>
          <w:szCs w:val="24"/>
        </w:rPr>
      </w:pPr>
      <w:r w:rsidRPr="00C30D9A">
        <w:rPr>
          <w:rFonts w:ascii="Times New Roman" w:hAnsi="Times New Roman" w:cs="Times New Roman"/>
          <w:b/>
          <w:bCs/>
          <w:sz w:val="24"/>
          <w:szCs w:val="24"/>
        </w:rPr>
        <w:t>Date</w:t>
      </w:r>
      <w:r w:rsidRPr="00C30D9A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leGrid"/>
        <w:tblW w:w="8905" w:type="dxa"/>
        <w:tblLook w:val="04A0" w:firstRow="1" w:lastRow="0" w:firstColumn="1" w:lastColumn="0" w:noHBand="0" w:noVBand="1"/>
      </w:tblPr>
      <w:tblGrid>
        <w:gridCol w:w="8905"/>
      </w:tblGrid>
      <w:tr w:rsidR="007F385A" w14:paraId="31D703F3" w14:textId="77777777" w:rsidTr="007F385A">
        <w:trPr>
          <w:trHeight w:val="962"/>
        </w:trPr>
        <w:tc>
          <w:tcPr>
            <w:tcW w:w="8905" w:type="dxa"/>
          </w:tcPr>
          <w:p w14:paraId="6830C3DE" w14:textId="6CA28E25" w:rsidR="007F385A" w:rsidRDefault="007F3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5A">
              <w:rPr>
                <w:rFonts w:ascii="Times New Roman" w:hAnsi="Times New Roman" w:cs="Times New Roman"/>
                <w:sz w:val="24"/>
                <w:szCs w:val="24"/>
              </w:rPr>
              <w:t>Note to Agency Completing Reference – Please complete this form and return 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Juan Requena at Juan.Requena@ssa.gov</w:t>
            </w:r>
            <w:r w:rsidRPr="00CA6A10">
              <w:rPr>
                <w:rFonts w:ascii="Times New Roman" w:hAnsi="Times New Roman" w:cs="Times New Roman"/>
                <w:sz w:val="24"/>
                <w:szCs w:val="24"/>
              </w:rPr>
              <w:t xml:space="preserve">, no later than </w:t>
            </w:r>
            <w:r w:rsidR="00567061">
              <w:rPr>
                <w:rFonts w:ascii="Times New Roman" w:hAnsi="Times New Roman" w:cs="Times New Roman"/>
                <w:sz w:val="24"/>
                <w:szCs w:val="24"/>
              </w:rPr>
              <w:t>the due date and time of the solicitation</w:t>
            </w:r>
            <w:r w:rsidRPr="00CA6A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F385A">
              <w:rPr>
                <w:rFonts w:ascii="Times New Roman" w:hAnsi="Times New Roman" w:cs="Times New Roman"/>
                <w:sz w:val="24"/>
                <w:szCs w:val="24"/>
              </w:rPr>
              <w:t xml:space="preserve">  Thank you for your participation.</w:t>
            </w:r>
          </w:p>
        </w:tc>
      </w:tr>
    </w:tbl>
    <w:p w14:paraId="000DA47B" w14:textId="77777777" w:rsidR="007F385A" w:rsidRPr="00C30D9A" w:rsidRDefault="007F385A">
      <w:pPr>
        <w:rPr>
          <w:rFonts w:ascii="Times New Roman" w:hAnsi="Times New Roman" w:cs="Times New Roman"/>
          <w:sz w:val="24"/>
          <w:szCs w:val="24"/>
        </w:rPr>
      </w:pPr>
    </w:p>
    <w:sectPr w:rsidR="007F385A" w:rsidRPr="00C30D9A" w:rsidSect="00034616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56A650" w14:textId="77777777" w:rsidR="00354589" w:rsidRDefault="00354589" w:rsidP="00115B01">
      <w:pPr>
        <w:spacing w:after="0" w:line="240" w:lineRule="auto"/>
      </w:pPr>
      <w:r>
        <w:separator/>
      </w:r>
    </w:p>
  </w:endnote>
  <w:endnote w:type="continuationSeparator" w:id="0">
    <w:p w14:paraId="527DED58" w14:textId="77777777" w:rsidR="00354589" w:rsidRDefault="00354589" w:rsidP="00115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46976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C17CF6" w14:textId="31FE8C1F" w:rsidR="00115B01" w:rsidRDefault="00115B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D67FA1" w14:textId="77777777" w:rsidR="00115B01" w:rsidRDefault="00115B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89F9E" w14:textId="77777777" w:rsidR="00354589" w:rsidRDefault="00354589" w:rsidP="00115B01">
      <w:pPr>
        <w:spacing w:after="0" w:line="240" w:lineRule="auto"/>
      </w:pPr>
      <w:r>
        <w:separator/>
      </w:r>
    </w:p>
  </w:footnote>
  <w:footnote w:type="continuationSeparator" w:id="0">
    <w:p w14:paraId="7EED7991" w14:textId="77777777" w:rsidR="00354589" w:rsidRDefault="00354589" w:rsidP="00115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6AAEA" w14:textId="1994A054" w:rsidR="000A0715" w:rsidRPr="000A0715" w:rsidRDefault="000A0715" w:rsidP="000A0715">
    <w:pPr>
      <w:pStyle w:val="Header"/>
      <w:rPr>
        <w:rFonts w:ascii="Times New Roman" w:hAnsi="Times New Roman" w:cs="Times New Roman"/>
        <w:b/>
        <w:sz w:val="24"/>
        <w:szCs w:val="24"/>
      </w:rPr>
    </w:pPr>
    <w:r w:rsidRPr="000A0715">
      <w:rPr>
        <w:rFonts w:ascii="Times New Roman" w:hAnsi="Times New Roman" w:cs="Times New Roman"/>
        <w:b/>
        <w:sz w:val="24"/>
        <w:szCs w:val="24"/>
      </w:rPr>
      <w:t xml:space="preserve">Attachment </w:t>
    </w:r>
    <w:r w:rsidR="00CA6A10">
      <w:rPr>
        <w:rFonts w:ascii="Times New Roman" w:hAnsi="Times New Roman" w:cs="Times New Roman"/>
        <w:b/>
        <w:sz w:val="24"/>
        <w:szCs w:val="24"/>
      </w:rPr>
      <w:t>4</w:t>
    </w:r>
    <w:r w:rsidRPr="000A0715">
      <w:rPr>
        <w:rFonts w:ascii="Times New Roman" w:hAnsi="Times New Roman" w:cs="Times New Roman"/>
        <w:b/>
        <w:sz w:val="24"/>
        <w:szCs w:val="24"/>
      </w:rPr>
      <w:t xml:space="preserve"> - Past Performance Questionnaire</w:t>
    </w:r>
    <w:r w:rsidRPr="000A0715">
      <w:rPr>
        <w:rFonts w:ascii="Times New Roman" w:hAnsi="Times New Roman" w:cs="Times New Roman"/>
        <w:b/>
        <w:sz w:val="24"/>
        <w:szCs w:val="24"/>
      </w:rPr>
      <w:tab/>
      <w:t xml:space="preserve">   </w:t>
    </w:r>
  </w:p>
  <w:p w14:paraId="3707D1DD" w14:textId="35DBCEE6" w:rsidR="000A0715" w:rsidRPr="000A0715" w:rsidRDefault="000A0715" w:rsidP="000A0715">
    <w:pPr>
      <w:pStyle w:val="Header"/>
      <w:rPr>
        <w:rFonts w:ascii="Times New Roman" w:hAnsi="Times New Roman" w:cs="Times New Roman"/>
        <w:b/>
        <w:sz w:val="24"/>
        <w:szCs w:val="24"/>
      </w:rPr>
    </w:pPr>
    <w:r w:rsidRPr="000A0715">
      <w:rPr>
        <w:rFonts w:ascii="Times New Roman" w:hAnsi="Times New Roman" w:cs="Times New Roman"/>
        <w:b/>
        <w:sz w:val="24"/>
        <w:szCs w:val="24"/>
      </w:rPr>
      <w:t xml:space="preserve">Solicitation No. </w:t>
    </w:r>
    <w:r w:rsidR="00CA6A10" w:rsidRPr="00CA6A10">
      <w:rPr>
        <w:rFonts w:ascii="Times New Roman" w:hAnsi="Times New Roman" w:cs="Times New Roman"/>
        <w:b/>
        <w:sz w:val="24"/>
        <w:szCs w:val="24"/>
      </w:rPr>
      <w:t>28321326Q00000126</w:t>
    </w:r>
  </w:p>
  <w:p w14:paraId="15DC23D8" w14:textId="77777777" w:rsidR="000A0715" w:rsidRDefault="000A07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6885344">
    <w:abstractNumId w:val="8"/>
  </w:num>
  <w:num w:numId="2" w16cid:durableId="1834107230">
    <w:abstractNumId w:val="6"/>
  </w:num>
  <w:num w:numId="3" w16cid:durableId="920024469">
    <w:abstractNumId w:val="5"/>
  </w:num>
  <w:num w:numId="4" w16cid:durableId="1069115594">
    <w:abstractNumId w:val="4"/>
  </w:num>
  <w:num w:numId="5" w16cid:durableId="1356153709">
    <w:abstractNumId w:val="7"/>
  </w:num>
  <w:num w:numId="6" w16cid:durableId="1537884782">
    <w:abstractNumId w:val="3"/>
  </w:num>
  <w:num w:numId="7" w16cid:durableId="544293969">
    <w:abstractNumId w:val="2"/>
  </w:num>
  <w:num w:numId="8" w16cid:durableId="129791537">
    <w:abstractNumId w:val="1"/>
  </w:num>
  <w:num w:numId="9" w16cid:durableId="1153334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0715"/>
    <w:rsid w:val="00115B01"/>
    <w:rsid w:val="0015074B"/>
    <w:rsid w:val="0029639D"/>
    <w:rsid w:val="002C72C3"/>
    <w:rsid w:val="00326F90"/>
    <w:rsid w:val="00354589"/>
    <w:rsid w:val="00430985"/>
    <w:rsid w:val="00566866"/>
    <w:rsid w:val="00567061"/>
    <w:rsid w:val="005A1441"/>
    <w:rsid w:val="00603DD1"/>
    <w:rsid w:val="00744184"/>
    <w:rsid w:val="00762BFE"/>
    <w:rsid w:val="007F385A"/>
    <w:rsid w:val="008B1CEB"/>
    <w:rsid w:val="008D7C9D"/>
    <w:rsid w:val="009F061A"/>
    <w:rsid w:val="00A36525"/>
    <w:rsid w:val="00A46593"/>
    <w:rsid w:val="00AA1D8D"/>
    <w:rsid w:val="00B47730"/>
    <w:rsid w:val="00C30D9A"/>
    <w:rsid w:val="00C822A5"/>
    <w:rsid w:val="00CA6A10"/>
    <w:rsid w:val="00CB0664"/>
    <w:rsid w:val="00CB2597"/>
    <w:rsid w:val="00D11925"/>
    <w:rsid w:val="00EB585A"/>
    <w:rsid w:val="00F96B8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7D94AB"/>
  <w14:defaultImageDpi w14:val="330"/>
  <w15:docId w15:val="{A9C8C8C8-CE32-4EE3-AD13-76BAE700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115B0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B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an.Requena@ssa.go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Requena, Juan</cp:lastModifiedBy>
  <cp:revision>2</cp:revision>
  <dcterms:created xsi:type="dcterms:W3CDTF">2026-05-12T15:39:00Z</dcterms:created>
  <dcterms:modified xsi:type="dcterms:W3CDTF">2026-05-12T15:39:00Z</dcterms:modified>
  <cp:category/>
</cp:coreProperties>
</file>